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022D" w14:textId="2213489C" w:rsidR="009255FF" w:rsidRPr="00D411F9" w:rsidRDefault="00000000">
      <w:pPr>
        <w:spacing w:after="60"/>
        <w:rPr>
          <w:rFonts w:ascii="Arial" w:hAnsi="Arial" w:cs="Arial"/>
          <w:sz w:val="22"/>
          <w:szCs w:val="28"/>
        </w:rPr>
      </w:pPr>
      <w:r w:rsidRPr="00D411F9">
        <w:rPr>
          <w:rFonts w:ascii="Arial" w:hAnsi="Arial" w:cs="Arial"/>
          <w:b/>
          <w:color w:val="805EA0"/>
          <w:sz w:val="20"/>
          <w:szCs w:val="28"/>
        </w:rPr>
        <w:t xml:space="preserve">SUPPORT REQUEST  </w:t>
      </w:r>
    </w:p>
    <w:p w14:paraId="5B3D648B" w14:textId="393A64B0" w:rsidR="009255FF" w:rsidRPr="00D411F9" w:rsidRDefault="00000000">
      <w:pPr>
        <w:spacing w:after="100"/>
        <w:rPr>
          <w:rFonts w:ascii="Arial" w:hAnsi="Arial" w:cs="Arial"/>
          <w:sz w:val="20"/>
          <w:szCs w:val="24"/>
        </w:rPr>
      </w:pPr>
      <w:r w:rsidRPr="00D411F9">
        <w:rPr>
          <w:rFonts w:ascii="Arial" w:hAnsi="Arial" w:cs="Arial"/>
          <w:b/>
          <w:color w:val="2D8497"/>
          <w:sz w:val="40"/>
          <w:szCs w:val="24"/>
        </w:rPr>
        <w:t xml:space="preserve">Accommodation Request </w:t>
      </w:r>
      <w:r w:rsidR="009A64FB">
        <w:rPr>
          <w:rFonts w:ascii="Arial" w:hAnsi="Arial" w:cs="Arial"/>
          <w:b/>
          <w:color w:val="2D8497"/>
          <w:sz w:val="40"/>
          <w:szCs w:val="24"/>
        </w:rPr>
        <w:t>Form</w:t>
      </w:r>
    </w:p>
    <w:p w14:paraId="5D470D6C" w14:textId="77777777" w:rsidR="009255FF" w:rsidRPr="00D411F9" w:rsidRDefault="00000000">
      <w:pPr>
        <w:spacing w:after="220"/>
        <w:rPr>
          <w:rFonts w:ascii="Arial" w:hAnsi="Arial" w:cs="Arial"/>
          <w:sz w:val="22"/>
        </w:rPr>
      </w:pPr>
      <w:r w:rsidRPr="00D411F9">
        <w:rPr>
          <w:rFonts w:ascii="Arial" w:hAnsi="Arial" w:cs="Arial"/>
          <w:sz w:val="22"/>
        </w:rPr>
        <w:t>Use one copy for each accommodation request. Transfer the relevant information from your Self-Advocacy Support Workbook, or complete this form independently.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9255FF" w:rsidRPr="00D411F9" w14:paraId="7F63D549" w14:textId="77777777">
        <w:tc>
          <w:tcPr>
            <w:tcW w:w="5083" w:type="dxa"/>
          </w:tcPr>
          <w:p w14:paraId="09DADBC7" w14:textId="77777777" w:rsidR="009255FF" w:rsidRPr="00D411F9" w:rsidRDefault="00000000">
            <w:pPr>
              <w:spacing w:after="60"/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b/>
                <w:color w:val="805EA0"/>
                <w:sz w:val="22"/>
              </w:rPr>
              <w:t>Request made by (name / role)</w:t>
            </w:r>
          </w:p>
        </w:tc>
        <w:tc>
          <w:tcPr>
            <w:tcW w:w="5083" w:type="dxa"/>
          </w:tcPr>
          <w:p w14:paraId="2C2E1838" w14:textId="77777777" w:rsidR="009255FF" w:rsidRPr="00D411F9" w:rsidRDefault="00000000">
            <w:pPr>
              <w:spacing w:after="60"/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b/>
                <w:color w:val="805EA0"/>
                <w:sz w:val="22"/>
              </w:rPr>
              <w:t>Recipient (person / organization)</w:t>
            </w:r>
          </w:p>
        </w:tc>
      </w:tr>
      <w:tr w:rsidR="009255FF" w:rsidRPr="00D411F9" w14:paraId="6058195F" w14:textId="77777777">
        <w:trPr>
          <w:trHeight w:val="446"/>
        </w:trPr>
        <w:tc>
          <w:tcPr>
            <w:tcW w:w="5083" w:type="dxa"/>
            <w:shd w:val="clear" w:color="auto" w:fill="EEF5F8"/>
            <w:vAlign w:val="center"/>
          </w:tcPr>
          <w:p w14:paraId="33FA5385" w14:textId="77777777" w:rsidR="009255FF" w:rsidRPr="00D411F9" w:rsidRDefault="00000000">
            <w:pPr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5083" w:type="dxa"/>
            <w:shd w:val="clear" w:color="auto" w:fill="EEF5F8"/>
            <w:vAlign w:val="center"/>
          </w:tcPr>
          <w:p w14:paraId="2562F4DA" w14:textId="77777777" w:rsidR="009255FF" w:rsidRPr="00D411F9" w:rsidRDefault="00000000">
            <w:pPr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2ED24AF9" w14:textId="77777777" w:rsidR="009255FF" w:rsidRPr="00D411F9" w:rsidRDefault="009255FF">
      <w:pPr>
        <w:rPr>
          <w:rFonts w:ascii="Arial" w:hAnsi="Arial" w:cs="Arial"/>
          <w:sz w:val="22"/>
        </w:rPr>
      </w:pPr>
    </w:p>
    <w:p w14:paraId="5492F6CA" w14:textId="77777777" w:rsidR="009255FF" w:rsidRPr="00D411F9" w:rsidRDefault="00000000">
      <w:pPr>
        <w:spacing w:before="120" w:after="60"/>
        <w:rPr>
          <w:rFonts w:ascii="Arial" w:hAnsi="Arial" w:cs="Arial"/>
          <w:sz w:val="22"/>
        </w:rPr>
      </w:pPr>
      <w:r w:rsidRPr="00D411F9">
        <w:rPr>
          <w:rFonts w:ascii="Arial" w:hAnsi="Arial" w:cs="Arial"/>
          <w:b/>
          <w:color w:val="805EA0"/>
          <w:sz w:val="22"/>
        </w:rPr>
        <w:t>01  The situation and disability-related challenge</w:t>
      </w:r>
    </w:p>
    <w:p w14:paraId="25129666" w14:textId="77777777" w:rsidR="009255FF" w:rsidRPr="00D411F9" w:rsidRDefault="00000000">
      <w:pPr>
        <w:spacing w:after="80"/>
        <w:rPr>
          <w:rFonts w:ascii="Arial" w:hAnsi="Arial" w:cs="Arial"/>
          <w:sz w:val="22"/>
        </w:rPr>
      </w:pPr>
      <w:r w:rsidRPr="00D411F9">
        <w:rPr>
          <w:rFonts w:ascii="Arial" w:hAnsi="Arial" w:cs="Arial"/>
          <w:sz w:val="22"/>
        </w:rPr>
        <w:t>Where does this happen? What difficulty are you (or the person you support) experiencing?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9255FF" w:rsidRPr="00D411F9" w14:paraId="5EBDEEE4" w14:textId="77777777">
        <w:trPr>
          <w:trHeight w:val="720"/>
        </w:trPr>
        <w:tc>
          <w:tcPr>
            <w:tcW w:w="10166" w:type="dxa"/>
            <w:shd w:val="clear" w:color="auto" w:fill="EEF5F8"/>
            <w:vAlign w:val="center"/>
          </w:tcPr>
          <w:p w14:paraId="0E63B683" w14:textId="77777777" w:rsidR="009255FF" w:rsidRDefault="00000000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sz w:val="22"/>
              </w:rPr>
              <w:t xml:space="preserve"> </w:t>
            </w:r>
          </w:p>
          <w:p w14:paraId="761FA454" w14:textId="77777777" w:rsidR="00D411F9" w:rsidRDefault="00D411F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767C67DC" w14:textId="77777777" w:rsidR="00D411F9" w:rsidRDefault="00D411F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552099ED" w14:textId="77777777" w:rsidR="00D411F9" w:rsidRPr="00D411F9" w:rsidRDefault="00D411F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378279D8" w14:textId="77777777" w:rsidR="009255FF" w:rsidRPr="00D411F9" w:rsidRDefault="00000000">
      <w:pPr>
        <w:spacing w:before="120" w:after="60"/>
        <w:rPr>
          <w:rFonts w:ascii="Arial" w:hAnsi="Arial" w:cs="Arial"/>
          <w:sz w:val="22"/>
        </w:rPr>
      </w:pPr>
      <w:r w:rsidRPr="00D411F9">
        <w:rPr>
          <w:rFonts w:ascii="Arial" w:hAnsi="Arial" w:cs="Arial"/>
          <w:b/>
          <w:color w:val="805EA0"/>
          <w:sz w:val="22"/>
        </w:rPr>
        <w:t>02  The underlying unmet need</w:t>
      </w:r>
    </w:p>
    <w:p w14:paraId="23892538" w14:textId="77777777" w:rsidR="009255FF" w:rsidRPr="00D411F9" w:rsidRDefault="00000000">
      <w:pPr>
        <w:spacing w:after="80"/>
        <w:rPr>
          <w:rFonts w:ascii="Arial" w:hAnsi="Arial" w:cs="Arial"/>
          <w:sz w:val="22"/>
        </w:rPr>
      </w:pPr>
      <w:r w:rsidRPr="00D411F9">
        <w:rPr>
          <w:rFonts w:ascii="Arial" w:hAnsi="Arial" w:cs="Arial"/>
          <w:sz w:val="22"/>
        </w:rPr>
        <w:t>What about the environment or expectations is mismatched with this person’s needs?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9255FF" w:rsidRPr="00D411F9" w14:paraId="5638C6B5" w14:textId="77777777">
        <w:trPr>
          <w:trHeight w:val="720"/>
        </w:trPr>
        <w:tc>
          <w:tcPr>
            <w:tcW w:w="10166" w:type="dxa"/>
            <w:shd w:val="clear" w:color="auto" w:fill="EEF5F8"/>
            <w:vAlign w:val="center"/>
          </w:tcPr>
          <w:p w14:paraId="341A03D2" w14:textId="77777777" w:rsidR="009255FF" w:rsidRDefault="00000000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sz w:val="22"/>
              </w:rPr>
              <w:t xml:space="preserve"> </w:t>
            </w:r>
          </w:p>
          <w:p w14:paraId="64CD6D42" w14:textId="77777777" w:rsidR="00D411F9" w:rsidRDefault="00D411F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04108E09" w14:textId="77777777" w:rsidR="00D411F9" w:rsidRDefault="00D411F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5F658F56" w14:textId="77777777" w:rsidR="00D411F9" w:rsidRPr="00D411F9" w:rsidRDefault="00D411F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5B2C003E" w14:textId="77777777" w:rsidR="009255FF" w:rsidRPr="00D411F9" w:rsidRDefault="00000000">
      <w:pPr>
        <w:spacing w:before="120" w:after="60"/>
        <w:rPr>
          <w:rFonts w:ascii="Arial" w:hAnsi="Arial" w:cs="Arial"/>
          <w:sz w:val="22"/>
        </w:rPr>
      </w:pPr>
      <w:r w:rsidRPr="00D411F9">
        <w:rPr>
          <w:rFonts w:ascii="Arial" w:hAnsi="Arial" w:cs="Arial"/>
          <w:b/>
          <w:color w:val="805EA0"/>
          <w:sz w:val="22"/>
        </w:rPr>
        <w:t>03  Accommodation requested</w:t>
      </w:r>
    </w:p>
    <w:p w14:paraId="42123958" w14:textId="77777777" w:rsidR="009255FF" w:rsidRPr="00D411F9" w:rsidRDefault="00000000">
      <w:pPr>
        <w:spacing w:after="80"/>
        <w:rPr>
          <w:rFonts w:ascii="Arial" w:hAnsi="Arial" w:cs="Arial"/>
          <w:sz w:val="22"/>
        </w:rPr>
      </w:pPr>
      <w:r w:rsidRPr="00D411F9">
        <w:rPr>
          <w:rFonts w:ascii="Arial" w:hAnsi="Arial" w:cs="Arial"/>
          <w:sz w:val="22"/>
        </w:rPr>
        <w:t>State the specific adjustment, modification, or support you are asking the recipient to provide.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9255FF" w:rsidRPr="00D411F9" w14:paraId="2A529448" w14:textId="77777777">
        <w:trPr>
          <w:trHeight w:val="936"/>
        </w:trPr>
        <w:tc>
          <w:tcPr>
            <w:tcW w:w="10166" w:type="dxa"/>
            <w:shd w:val="clear" w:color="auto" w:fill="EEF5F8"/>
            <w:vAlign w:val="center"/>
          </w:tcPr>
          <w:p w14:paraId="502EB13F" w14:textId="77777777" w:rsidR="009255FF" w:rsidRPr="00D411F9" w:rsidRDefault="00000000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3D0F5231" w14:textId="77777777" w:rsidR="009255FF" w:rsidRPr="00D411F9" w:rsidRDefault="00000000">
      <w:pPr>
        <w:spacing w:before="120" w:after="60"/>
        <w:rPr>
          <w:rFonts w:ascii="Arial" w:hAnsi="Arial" w:cs="Arial"/>
          <w:sz w:val="22"/>
        </w:rPr>
      </w:pPr>
      <w:r w:rsidRPr="00D411F9">
        <w:rPr>
          <w:rFonts w:ascii="Arial" w:hAnsi="Arial" w:cs="Arial"/>
          <w:b/>
          <w:color w:val="805EA0"/>
          <w:sz w:val="22"/>
        </w:rPr>
        <w:t>04  Why this accommodation would help</w:t>
      </w:r>
    </w:p>
    <w:p w14:paraId="0FD0F8F2" w14:textId="77777777" w:rsidR="009255FF" w:rsidRPr="00D411F9" w:rsidRDefault="00000000">
      <w:pPr>
        <w:spacing w:after="80"/>
        <w:rPr>
          <w:rFonts w:ascii="Arial" w:hAnsi="Arial" w:cs="Arial"/>
          <w:sz w:val="22"/>
        </w:rPr>
      </w:pPr>
      <w:r w:rsidRPr="00D411F9">
        <w:rPr>
          <w:rFonts w:ascii="Arial" w:hAnsi="Arial" w:cs="Arial"/>
          <w:sz w:val="22"/>
        </w:rPr>
        <w:t>Explain how the requested adjustment would address the unmet need in this setting.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9255FF" w:rsidRPr="00D411F9" w14:paraId="7C275092" w14:textId="77777777">
        <w:trPr>
          <w:trHeight w:val="792"/>
        </w:trPr>
        <w:tc>
          <w:tcPr>
            <w:tcW w:w="10166" w:type="dxa"/>
            <w:shd w:val="clear" w:color="auto" w:fill="EEF5F8"/>
            <w:vAlign w:val="center"/>
          </w:tcPr>
          <w:p w14:paraId="5EEB18E7" w14:textId="77777777" w:rsidR="009255FF" w:rsidRPr="00D411F9" w:rsidRDefault="00000000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0B4AFE82" w14:textId="77777777" w:rsidR="009255FF" w:rsidRPr="00D411F9" w:rsidRDefault="00000000">
      <w:pPr>
        <w:spacing w:before="120" w:after="60"/>
        <w:rPr>
          <w:rFonts w:ascii="Arial" w:hAnsi="Arial" w:cs="Arial"/>
          <w:sz w:val="22"/>
        </w:rPr>
      </w:pPr>
      <w:r w:rsidRPr="00D411F9">
        <w:rPr>
          <w:rFonts w:ascii="Arial" w:hAnsi="Arial" w:cs="Arial"/>
          <w:b/>
          <w:color w:val="805EA0"/>
          <w:sz w:val="22"/>
        </w:rPr>
        <w:t>05  Implementation details (if known)</w:t>
      </w:r>
    </w:p>
    <w:p w14:paraId="5712724E" w14:textId="77777777" w:rsidR="009255FF" w:rsidRPr="00D411F9" w:rsidRDefault="00000000">
      <w:pPr>
        <w:spacing w:after="80"/>
        <w:rPr>
          <w:rFonts w:ascii="Arial" w:hAnsi="Arial" w:cs="Arial"/>
          <w:sz w:val="22"/>
        </w:rPr>
      </w:pPr>
      <w:r w:rsidRPr="00D411F9">
        <w:rPr>
          <w:rFonts w:ascii="Arial" w:hAnsi="Arial" w:cs="Arial"/>
          <w:sz w:val="22"/>
        </w:rPr>
        <w:t>Include relevant timing, location, frequency, or practical details. These can also be discussed together.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9255FF" w:rsidRPr="00D411F9" w14:paraId="20F9D5B4" w14:textId="77777777">
        <w:trPr>
          <w:trHeight w:val="619"/>
        </w:trPr>
        <w:tc>
          <w:tcPr>
            <w:tcW w:w="10166" w:type="dxa"/>
            <w:shd w:val="clear" w:color="auto" w:fill="EEF5F8"/>
            <w:vAlign w:val="center"/>
          </w:tcPr>
          <w:p w14:paraId="79B7F333" w14:textId="77777777" w:rsidR="009255FF" w:rsidRPr="00D411F9" w:rsidRDefault="00000000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2B881CB4" w14:textId="77777777" w:rsidR="009255FF" w:rsidRPr="00D411F9" w:rsidRDefault="00000000">
      <w:pPr>
        <w:spacing w:before="160" w:after="60"/>
        <w:rPr>
          <w:rFonts w:ascii="Arial" w:hAnsi="Arial" w:cs="Arial"/>
          <w:sz w:val="22"/>
        </w:rPr>
      </w:pPr>
      <w:r w:rsidRPr="00D411F9">
        <w:rPr>
          <w:rFonts w:ascii="Arial" w:hAnsi="Arial" w:cs="Arial"/>
          <w:b/>
          <w:color w:val="805EA0"/>
          <w:sz w:val="22"/>
        </w:rPr>
        <w:t>REQUEST STATEMENT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166"/>
      </w:tblGrid>
      <w:tr w:rsidR="009255FF" w:rsidRPr="00D411F9" w14:paraId="6EFC3C87" w14:textId="77777777">
        <w:tc>
          <w:tcPr>
            <w:tcW w:w="10166" w:type="dxa"/>
            <w:shd w:val="clear" w:color="auto" w:fill="F4F6F7"/>
          </w:tcPr>
          <w:p w14:paraId="1FC1F5B7" w14:textId="2B0DA5BD" w:rsidR="009255FF" w:rsidRPr="00D411F9" w:rsidRDefault="00000000">
            <w:pPr>
              <w:rPr>
                <w:rFonts w:ascii="Arial" w:hAnsi="Arial" w:cs="Arial"/>
                <w:sz w:val="22"/>
              </w:rPr>
            </w:pPr>
            <w:r w:rsidRPr="00D411F9">
              <w:rPr>
                <w:rFonts w:ascii="Arial" w:hAnsi="Arial" w:cs="Arial"/>
                <w:sz w:val="22"/>
              </w:rPr>
              <w:t>I am</w:t>
            </w:r>
            <w:r w:rsidR="00D411F9">
              <w:rPr>
                <w:rFonts w:ascii="Arial" w:hAnsi="Arial" w:cs="Arial"/>
                <w:sz w:val="22"/>
              </w:rPr>
              <w:t xml:space="preserve"> formally</w:t>
            </w:r>
            <w:r w:rsidRPr="00D411F9">
              <w:rPr>
                <w:rFonts w:ascii="Arial" w:hAnsi="Arial" w:cs="Arial"/>
                <w:sz w:val="22"/>
              </w:rPr>
              <w:t xml:space="preserve"> requesting the accommodation described above to address the</w:t>
            </w:r>
            <w:r w:rsidR="00D411F9">
              <w:rPr>
                <w:rFonts w:ascii="Arial" w:hAnsi="Arial" w:cs="Arial"/>
                <w:sz w:val="22"/>
              </w:rPr>
              <w:t xml:space="preserve"> outlined</w:t>
            </w:r>
            <w:r w:rsidRPr="00D411F9">
              <w:rPr>
                <w:rFonts w:ascii="Arial" w:hAnsi="Arial" w:cs="Arial"/>
                <w:sz w:val="22"/>
              </w:rPr>
              <w:t xml:space="preserve"> disability-related need in this setting.</w:t>
            </w:r>
          </w:p>
        </w:tc>
      </w:tr>
    </w:tbl>
    <w:p w14:paraId="0E914299" w14:textId="77777777" w:rsidR="00D411F9" w:rsidRDefault="00D411F9">
      <w:pPr>
        <w:spacing w:before="120"/>
        <w:rPr>
          <w:rFonts w:ascii="Arial" w:hAnsi="Arial" w:cs="Arial"/>
          <w:sz w:val="22"/>
        </w:rPr>
      </w:pPr>
    </w:p>
    <w:p w14:paraId="736047C8" w14:textId="77777777" w:rsidR="00D411F9" w:rsidRPr="00380105" w:rsidRDefault="00D411F9" w:rsidP="00D411F9">
      <w:pPr>
        <w:spacing w:before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Name</w:t>
      </w:r>
      <w:r w:rsidRPr="00380105">
        <w:rPr>
          <w:rFonts w:ascii="Arial" w:hAnsi="Arial" w:cs="Arial"/>
          <w:sz w:val="22"/>
        </w:rPr>
        <w:t>: _______________________________</w:t>
      </w:r>
      <w:r>
        <w:rPr>
          <w:rFonts w:ascii="Arial" w:hAnsi="Arial" w:cs="Arial"/>
          <w:sz w:val="22"/>
        </w:rPr>
        <w:t xml:space="preserve">    </w:t>
      </w:r>
      <w:r w:rsidRPr="00380105">
        <w:rPr>
          <w:rFonts w:ascii="Arial" w:hAnsi="Arial" w:cs="Arial"/>
          <w:sz w:val="22"/>
        </w:rPr>
        <w:t xml:space="preserve">Date: ____________________     </w:t>
      </w:r>
    </w:p>
    <w:p w14:paraId="5DAAF915" w14:textId="41D7157E" w:rsidR="009255FF" w:rsidRPr="00D411F9" w:rsidRDefault="009255FF" w:rsidP="00D411F9">
      <w:pPr>
        <w:spacing w:before="120"/>
        <w:rPr>
          <w:rFonts w:ascii="Arial" w:hAnsi="Arial" w:cs="Arial"/>
          <w:sz w:val="22"/>
        </w:rPr>
      </w:pPr>
    </w:p>
    <w:sectPr w:rsidR="009255FF" w:rsidRPr="00D411F9" w:rsidSect="00034616">
      <w:headerReference w:type="default" r:id="rId8"/>
      <w:footerReference w:type="default" r:id="rId9"/>
      <w:pgSz w:w="12240" w:h="15840"/>
      <w:pgMar w:top="922" w:right="1037" w:bottom="835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D5709" w14:textId="77777777" w:rsidR="009467C1" w:rsidRDefault="009467C1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BD8B9C6" w14:textId="77777777" w:rsidR="009467C1" w:rsidRDefault="009467C1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1BF6" w14:textId="77777777" w:rsidR="009255FF" w:rsidRPr="00D411F9" w:rsidRDefault="00000000">
    <w:pPr>
      <w:pStyle w:val="Footer"/>
      <w:jc w:val="center"/>
      <w:rPr>
        <w:rFonts w:hint="eastAsia"/>
        <w:sz w:val="20"/>
        <w:szCs w:val="24"/>
      </w:rPr>
    </w:pPr>
    <w:r w:rsidRPr="00D411F9">
      <w:rPr>
        <w:color w:val="687882"/>
        <w:sz w:val="16"/>
        <w:szCs w:val="24"/>
      </w:rPr>
      <w:t>© nicolefilipponeauthor.com  |  Free educational resource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B1CA0" w14:textId="77777777" w:rsidR="009467C1" w:rsidRDefault="009467C1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7A70A82" w14:textId="77777777" w:rsidR="009467C1" w:rsidRDefault="009467C1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119F" w14:textId="2C963C79" w:rsidR="009255FF" w:rsidRPr="00D411F9" w:rsidRDefault="00000000">
    <w:pPr>
      <w:pStyle w:val="Header"/>
      <w:jc w:val="center"/>
      <w:rPr>
        <w:color w:val="687882"/>
        <w:sz w:val="16"/>
        <w:szCs w:val="24"/>
      </w:rPr>
    </w:pPr>
    <w:r w:rsidRPr="00D411F9">
      <w:rPr>
        <w:color w:val="687882"/>
        <w:sz w:val="16"/>
        <w:szCs w:val="24"/>
      </w:rPr>
      <w:t xml:space="preserve">AUTISTIC SELF-ADVOCACY SUPPORT </w:t>
    </w:r>
    <w:r w:rsidR="00745237" w:rsidRPr="00D411F9">
      <w:rPr>
        <w:color w:val="687882"/>
        <w:sz w:val="16"/>
        <w:szCs w:val="24"/>
      </w:rPr>
      <w:t xml:space="preserve">REQUEST FORM </w:t>
    </w:r>
    <w:r w:rsidRPr="00D411F9">
      <w:rPr>
        <w:color w:val="687882"/>
        <w:sz w:val="16"/>
        <w:szCs w:val="24"/>
      </w:rPr>
      <w:t>•  NICOLE FILIPPONE</w:t>
    </w:r>
  </w:p>
  <w:p w14:paraId="2F3F5C2C" w14:textId="77777777" w:rsidR="00745237" w:rsidRDefault="00745237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8387393">
    <w:abstractNumId w:val="8"/>
  </w:num>
  <w:num w:numId="2" w16cid:durableId="1025248524">
    <w:abstractNumId w:val="6"/>
  </w:num>
  <w:num w:numId="3" w16cid:durableId="1216550507">
    <w:abstractNumId w:val="5"/>
  </w:num>
  <w:num w:numId="4" w16cid:durableId="613824989">
    <w:abstractNumId w:val="4"/>
  </w:num>
  <w:num w:numId="5" w16cid:durableId="500896750">
    <w:abstractNumId w:val="7"/>
  </w:num>
  <w:num w:numId="6" w16cid:durableId="1323436704">
    <w:abstractNumId w:val="3"/>
  </w:num>
  <w:num w:numId="7" w16cid:durableId="1997686187">
    <w:abstractNumId w:val="2"/>
  </w:num>
  <w:num w:numId="8" w16cid:durableId="1618752685">
    <w:abstractNumId w:val="1"/>
  </w:num>
  <w:num w:numId="9" w16cid:durableId="827137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171E"/>
    <w:rsid w:val="00745237"/>
    <w:rsid w:val="009255FF"/>
    <w:rsid w:val="009467C1"/>
    <w:rsid w:val="009A64FB"/>
    <w:rsid w:val="00A134E8"/>
    <w:rsid w:val="00AA1D8D"/>
    <w:rsid w:val="00B47730"/>
    <w:rsid w:val="00CB0664"/>
    <w:rsid w:val="00D411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21EBA5"/>
  <w14:defaultImageDpi w14:val="300"/>
  <w15:docId w15:val="{F42F40BB-BC1C-4C6E-81AF-6A6F1DAF0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Liberation Sans" w:hAnsi="Liberation Sans"/>
      <w:color w:val="1A3546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Nikki Filippone</cp:lastModifiedBy>
  <cp:revision>3</cp:revision>
  <cp:lastPrinted>2026-10-26T23:44:00Z</cp:lastPrinted>
  <dcterms:created xsi:type="dcterms:W3CDTF">2026-10-26T23:44:00Z</dcterms:created>
  <dcterms:modified xsi:type="dcterms:W3CDTF">2026-10-26T23:48:00Z</dcterms:modified>
  <cp:category/>
</cp:coreProperties>
</file>