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86920" w14:textId="0AA2D7E6" w:rsidR="00A9112B" w:rsidRPr="00380105" w:rsidRDefault="009A44BC">
      <w:pPr>
        <w:spacing w:after="60"/>
        <w:rPr>
          <w:rFonts w:ascii="Arial" w:hAnsi="Arial" w:cs="Arial"/>
          <w:sz w:val="20"/>
          <w:szCs w:val="20"/>
        </w:rPr>
      </w:pPr>
      <w:r w:rsidRPr="00380105">
        <w:rPr>
          <w:rFonts w:ascii="Arial" w:hAnsi="Arial" w:cs="Arial"/>
          <w:b/>
          <w:color w:val="805EA0"/>
          <w:sz w:val="20"/>
          <w:szCs w:val="20"/>
        </w:rPr>
        <w:t xml:space="preserve">SUPPORT REQUEST </w:t>
      </w:r>
    </w:p>
    <w:p w14:paraId="7D35C2BE" w14:textId="77777777" w:rsidR="00A9112B" w:rsidRPr="00380105" w:rsidRDefault="009A44BC">
      <w:pPr>
        <w:spacing w:after="100"/>
        <w:rPr>
          <w:rFonts w:ascii="Arial" w:hAnsi="Arial" w:cs="Arial"/>
          <w:sz w:val="40"/>
          <w:szCs w:val="40"/>
        </w:rPr>
      </w:pPr>
      <w:r w:rsidRPr="00380105">
        <w:rPr>
          <w:rFonts w:ascii="Arial" w:hAnsi="Arial" w:cs="Arial"/>
          <w:b/>
          <w:color w:val="2D8497"/>
          <w:sz w:val="40"/>
          <w:szCs w:val="40"/>
        </w:rPr>
        <w:t>Skill Development Support Request</w:t>
      </w:r>
    </w:p>
    <w:p w14:paraId="127CF63A" w14:textId="77777777" w:rsidR="00A9112B" w:rsidRPr="00380105" w:rsidRDefault="009A44BC">
      <w:pPr>
        <w:spacing w:after="220"/>
        <w:rPr>
          <w:rFonts w:ascii="Arial" w:hAnsi="Arial" w:cs="Arial"/>
          <w:sz w:val="22"/>
        </w:rPr>
      </w:pPr>
      <w:r w:rsidRPr="00380105">
        <w:rPr>
          <w:rFonts w:ascii="Arial" w:hAnsi="Arial" w:cs="Arial"/>
          <w:sz w:val="22"/>
        </w:rPr>
        <w:t>Use one copy for each skill-development support request. Complete the information you can; the support provider helps determine how instruction will be delivered.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A9112B" w:rsidRPr="00380105" w14:paraId="73A43DBB" w14:textId="77777777">
        <w:tc>
          <w:tcPr>
            <w:tcW w:w="5083" w:type="dxa"/>
          </w:tcPr>
          <w:p w14:paraId="5EFEC4A4" w14:textId="77777777" w:rsidR="00A9112B" w:rsidRPr="00380105" w:rsidRDefault="009A44BC">
            <w:pPr>
              <w:spacing w:after="60"/>
              <w:rPr>
                <w:rFonts w:ascii="Arial" w:hAnsi="Arial" w:cs="Arial"/>
                <w:sz w:val="22"/>
              </w:rPr>
            </w:pPr>
            <w:r w:rsidRPr="00380105">
              <w:rPr>
                <w:rFonts w:ascii="Arial" w:hAnsi="Arial" w:cs="Arial"/>
                <w:b/>
                <w:color w:val="805EA0"/>
                <w:sz w:val="22"/>
              </w:rPr>
              <w:t>Request made by (name / role)</w:t>
            </w:r>
          </w:p>
        </w:tc>
        <w:tc>
          <w:tcPr>
            <w:tcW w:w="5083" w:type="dxa"/>
          </w:tcPr>
          <w:p w14:paraId="6ECAC2E8" w14:textId="77777777" w:rsidR="00A9112B" w:rsidRPr="00380105" w:rsidRDefault="009A44BC">
            <w:pPr>
              <w:spacing w:after="60"/>
              <w:rPr>
                <w:rFonts w:ascii="Arial" w:hAnsi="Arial" w:cs="Arial"/>
                <w:sz w:val="22"/>
              </w:rPr>
            </w:pPr>
            <w:r w:rsidRPr="00380105">
              <w:rPr>
                <w:rFonts w:ascii="Arial" w:hAnsi="Arial" w:cs="Arial"/>
                <w:b/>
                <w:color w:val="805EA0"/>
                <w:sz w:val="22"/>
              </w:rPr>
              <w:t>Recipient (person / organization)</w:t>
            </w:r>
          </w:p>
        </w:tc>
      </w:tr>
      <w:tr w:rsidR="00A9112B" w:rsidRPr="00380105" w14:paraId="06B57BD6" w14:textId="77777777">
        <w:trPr>
          <w:trHeight w:val="446"/>
        </w:trPr>
        <w:tc>
          <w:tcPr>
            <w:tcW w:w="5083" w:type="dxa"/>
            <w:shd w:val="clear" w:color="auto" w:fill="EEF5F8"/>
            <w:vAlign w:val="center"/>
          </w:tcPr>
          <w:p w14:paraId="7EE12E15" w14:textId="77777777" w:rsidR="00A9112B" w:rsidRPr="00380105" w:rsidRDefault="009A44BC">
            <w:pPr>
              <w:rPr>
                <w:rFonts w:ascii="Arial" w:hAnsi="Arial" w:cs="Arial"/>
                <w:sz w:val="22"/>
              </w:rPr>
            </w:pPr>
            <w:r w:rsidRPr="00380105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5083" w:type="dxa"/>
            <w:shd w:val="clear" w:color="auto" w:fill="EEF5F8"/>
            <w:vAlign w:val="center"/>
          </w:tcPr>
          <w:p w14:paraId="1FB1E546" w14:textId="77777777" w:rsidR="00A9112B" w:rsidRPr="00380105" w:rsidRDefault="009A44BC">
            <w:pPr>
              <w:rPr>
                <w:rFonts w:ascii="Arial" w:hAnsi="Arial" w:cs="Arial"/>
                <w:sz w:val="22"/>
              </w:rPr>
            </w:pPr>
            <w:r w:rsidRPr="00380105">
              <w:rPr>
                <w:rFonts w:ascii="Arial" w:hAnsi="Arial" w:cs="Arial"/>
                <w:sz w:val="22"/>
              </w:rPr>
              <w:t xml:space="preserve"> </w:t>
            </w:r>
          </w:p>
        </w:tc>
      </w:tr>
    </w:tbl>
    <w:p w14:paraId="7B5C6634" w14:textId="77777777" w:rsidR="00A9112B" w:rsidRPr="00380105" w:rsidRDefault="00A9112B">
      <w:pPr>
        <w:rPr>
          <w:rFonts w:ascii="Arial" w:hAnsi="Arial" w:cs="Arial"/>
          <w:sz w:val="22"/>
        </w:rPr>
      </w:pPr>
    </w:p>
    <w:p w14:paraId="22C9D234" w14:textId="77777777" w:rsidR="00A9112B" w:rsidRPr="00380105" w:rsidRDefault="009A44BC">
      <w:pPr>
        <w:spacing w:before="120" w:after="60"/>
        <w:rPr>
          <w:rFonts w:ascii="Arial" w:hAnsi="Arial" w:cs="Arial"/>
          <w:sz w:val="22"/>
        </w:rPr>
      </w:pPr>
      <w:proofErr w:type="gramStart"/>
      <w:r w:rsidRPr="00380105">
        <w:rPr>
          <w:rFonts w:ascii="Arial" w:hAnsi="Arial" w:cs="Arial"/>
          <w:b/>
          <w:color w:val="805EA0"/>
          <w:sz w:val="22"/>
        </w:rPr>
        <w:t>01  The</w:t>
      </w:r>
      <w:proofErr w:type="gramEnd"/>
      <w:r w:rsidRPr="00380105">
        <w:rPr>
          <w:rFonts w:ascii="Arial" w:hAnsi="Arial" w:cs="Arial"/>
          <w:b/>
          <w:color w:val="805EA0"/>
          <w:sz w:val="22"/>
        </w:rPr>
        <w:t xml:space="preserve"> situation and disability-related challenge</w:t>
      </w:r>
    </w:p>
    <w:p w14:paraId="3391CB5D" w14:textId="77777777" w:rsidR="00A9112B" w:rsidRPr="00380105" w:rsidRDefault="009A44BC">
      <w:pPr>
        <w:spacing w:after="80"/>
        <w:rPr>
          <w:rFonts w:ascii="Arial" w:hAnsi="Arial" w:cs="Arial"/>
          <w:sz w:val="22"/>
        </w:rPr>
      </w:pPr>
      <w:r w:rsidRPr="00380105">
        <w:rPr>
          <w:rFonts w:ascii="Arial" w:hAnsi="Arial" w:cs="Arial"/>
          <w:sz w:val="22"/>
        </w:rPr>
        <w:t>Where is the difficulty occurring? What impact does it have on participation or functioning?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A9112B" w:rsidRPr="00380105" w14:paraId="035AD04F" w14:textId="77777777">
        <w:trPr>
          <w:trHeight w:val="763"/>
        </w:trPr>
        <w:tc>
          <w:tcPr>
            <w:tcW w:w="10166" w:type="dxa"/>
            <w:shd w:val="clear" w:color="auto" w:fill="EEF5F8"/>
            <w:vAlign w:val="center"/>
          </w:tcPr>
          <w:p w14:paraId="62FAD2DF" w14:textId="77777777" w:rsidR="00A9112B" w:rsidRDefault="009A44BC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380105">
              <w:rPr>
                <w:rFonts w:ascii="Arial" w:hAnsi="Arial" w:cs="Arial"/>
                <w:sz w:val="22"/>
              </w:rPr>
              <w:t xml:space="preserve"> </w:t>
            </w:r>
          </w:p>
          <w:p w14:paraId="703A373F" w14:textId="77777777" w:rsidR="00380105" w:rsidRDefault="00380105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7B338AA5" w14:textId="77777777" w:rsidR="00380105" w:rsidRPr="00380105" w:rsidRDefault="00380105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</w:tbl>
    <w:p w14:paraId="4DF61D9F" w14:textId="77777777" w:rsidR="00A9112B" w:rsidRPr="00380105" w:rsidRDefault="009A44BC">
      <w:pPr>
        <w:spacing w:before="120" w:after="60"/>
        <w:rPr>
          <w:rFonts w:ascii="Arial" w:hAnsi="Arial" w:cs="Arial"/>
          <w:sz w:val="22"/>
        </w:rPr>
      </w:pPr>
      <w:proofErr w:type="gramStart"/>
      <w:r w:rsidRPr="00380105">
        <w:rPr>
          <w:rFonts w:ascii="Arial" w:hAnsi="Arial" w:cs="Arial"/>
          <w:b/>
          <w:color w:val="805EA0"/>
          <w:sz w:val="22"/>
        </w:rPr>
        <w:t>02  The</w:t>
      </w:r>
      <w:proofErr w:type="gramEnd"/>
      <w:r w:rsidRPr="00380105">
        <w:rPr>
          <w:rFonts w:ascii="Arial" w:hAnsi="Arial" w:cs="Arial"/>
          <w:b/>
          <w:color w:val="805EA0"/>
          <w:sz w:val="22"/>
        </w:rPr>
        <w:t xml:space="preserve"> skill-development need</w:t>
      </w:r>
    </w:p>
    <w:p w14:paraId="75DB3C11" w14:textId="77777777" w:rsidR="00A9112B" w:rsidRPr="00380105" w:rsidRDefault="009A44BC">
      <w:pPr>
        <w:spacing w:after="80"/>
        <w:rPr>
          <w:rFonts w:ascii="Arial" w:hAnsi="Arial" w:cs="Arial"/>
          <w:sz w:val="22"/>
        </w:rPr>
      </w:pPr>
      <w:r w:rsidRPr="00380105">
        <w:rPr>
          <w:rFonts w:ascii="Arial" w:hAnsi="Arial" w:cs="Arial"/>
          <w:sz w:val="22"/>
        </w:rPr>
        <w:t>Identify the skill that needs to be taught or developed, and why support is needed.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A9112B" w:rsidRPr="00380105" w14:paraId="673C4FE1" w14:textId="77777777">
        <w:trPr>
          <w:trHeight w:val="792"/>
        </w:trPr>
        <w:tc>
          <w:tcPr>
            <w:tcW w:w="10166" w:type="dxa"/>
            <w:shd w:val="clear" w:color="auto" w:fill="EEF5F8"/>
            <w:vAlign w:val="center"/>
          </w:tcPr>
          <w:p w14:paraId="769C5A2C" w14:textId="77777777" w:rsidR="00A9112B" w:rsidRPr="00380105" w:rsidRDefault="009A44BC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380105">
              <w:rPr>
                <w:rFonts w:ascii="Arial" w:hAnsi="Arial" w:cs="Arial"/>
                <w:sz w:val="22"/>
              </w:rPr>
              <w:t xml:space="preserve"> </w:t>
            </w:r>
          </w:p>
        </w:tc>
      </w:tr>
    </w:tbl>
    <w:p w14:paraId="0FD15B5C" w14:textId="77777777" w:rsidR="00A9112B" w:rsidRPr="00380105" w:rsidRDefault="009A44BC">
      <w:pPr>
        <w:spacing w:before="120" w:after="60"/>
        <w:rPr>
          <w:rFonts w:ascii="Arial" w:hAnsi="Arial" w:cs="Arial"/>
          <w:sz w:val="22"/>
        </w:rPr>
      </w:pPr>
      <w:proofErr w:type="gramStart"/>
      <w:r w:rsidRPr="00380105">
        <w:rPr>
          <w:rFonts w:ascii="Arial" w:hAnsi="Arial" w:cs="Arial"/>
          <w:b/>
          <w:color w:val="805EA0"/>
          <w:sz w:val="22"/>
        </w:rPr>
        <w:t>03  Skill</w:t>
      </w:r>
      <w:proofErr w:type="gramEnd"/>
      <w:r w:rsidRPr="00380105">
        <w:rPr>
          <w:rFonts w:ascii="Arial" w:hAnsi="Arial" w:cs="Arial"/>
          <w:b/>
          <w:color w:val="805EA0"/>
          <w:sz w:val="22"/>
        </w:rPr>
        <w:t>-development support requested</w:t>
      </w:r>
    </w:p>
    <w:p w14:paraId="6DAA8C1F" w14:textId="77777777" w:rsidR="00A9112B" w:rsidRPr="00380105" w:rsidRDefault="009A44BC">
      <w:pPr>
        <w:spacing w:after="80"/>
        <w:rPr>
          <w:rFonts w:ascii="Arial" w:hAnsi="Arial" w:cs="Arial"/>
          <w:sz w:val="22"/>
        </w:rPr>
      </w:pPr>
      <w:r w:rsidRPr="00380105">
        <w:rPr>
          <w:rFonts w:ascii="Arial" w:hAnsi="Arial" w:cs="Arial"/>
          <w:sz w:val="22"/>
        </w:rPr>
        <w:t>Specify what you are asking for: instruction, guided practice, or other structured teaching support. You do not need to design the instructional program.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A9112B" w:rsidRPr="00380105" w14:paraId="03727036" w14:textId="77777777">
        <w:trPr>
          <w:trHeight w:val="965"/>
        </w:trPr>
        <w:tc>
          <w:tcPr>
            <w:tcW w:w="10166" w:type="dxa"/>
            <w:shd w:val="clear" w:color="auto" w:fill="EEF5F8"/>
            <w:vAlign w:val="center"/>
          </w:tcPr>
          <w:p w14:paraId="42CE67D7" w14:textId="77777777" w:rsidR="00A9112B" w:rsidRPr="00380105" w:rsidRDefault="009A44BC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380105">
              <w:rPr>
                <w:rFonts w:ascii="Arial" w:hAnsi="Arial" w:cs="Arial"/>
                <w:sz w:val="22"/>
              </w:rPr>
              <w:t xml:space="preserve"> </w:t>
            </w:r>
          </w:p>
        </w:tc>
      </w:tr>
    </w:tbl>
    <w:p w14:paraId="58477792" w14:textId="77777777" w:rsidR="00A9112B" w:rsidRPr="00380105" w:rsidRDefault="009A44BC">
      <w:pPr>
        <w:spacing w:before="120" w:after="60"/>
        <w:rPr>
          <w:rFonts w:ascii="Arial" w:hAnsi="Arial" w:cs="Arial"/>
          <w:sz w:val="22"/>
        </w:rPr>
      </w:pPr>
      <w:proofErr w:type="gramStart"/>
      <w:r w:rsidRPr="00380105">
        <w:rPr>
          <w:rFonts w:ascii="Arial" w:hAnsi="Arial" w:cs="Arial"/>
          <w:b/>
          <w:color w:val="805EA0"/>
          <w:sz w:val="22"/>
        </w:rPr>
        <w:t>04  Why</w:t>
      </w:r>
      <w:proofErr w:type="gramEnd"/>
      <w:r w:rsidRPr="00380105">
        <w:rPr>
          <w:rFonts w:ascii="Arial" w:hAnsi="Arial" w:cs="Arial"/>
          <w:b/>
          <w:color w:val="805EA0"/>
          <w:sz w:val="22"/>
        </w:rPr>
        <w:t xml:space="preserve"> this support matters</w:t>
      </w:r>
    </w:p>
    <w:p w14:paraId="48C2FF78" w14:textId="77777777" w:rsidR="00A9112B" w:rsidRPr="00380105" w:rsidRDefault="009A44BC">
      <w:pPr>
        <w:spacing w:after="80"/>
        <w:rPr>
          <w:rFonts w:ascii="Arial" w:hAnsi="Arial" w:cs="Arial"/>
          <w:sz w:val="22"/>
        </w:rPr>
      </w:pPr>
      <w:r w:rsidRPr="00380105">
        <w:rPr>
          <w:rFonts w:ascii="Arial" w:hAnsi="Arial" w:cs="Arial"/>
          <w:sz w:val="22"/>
        </w:rPr>
        <w:t>Explain why developing this skill is relevant to the challenge and how it could help.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A9112B" w:rsidRPr="00380105" w14:paraId="6182A98A" w14:textId="77777777">
        <w:trPr>
          <w:trHeight w:val="720"/>
        </w:trPr>
        <w:tc>
          <w:tcPr>
            <w:tcW w:w="10166" w:type="dxa"/>
            <w:shd w:val="clear" w:color="auto" w:fill="EEF5F8"/>
            <w:vAlign w:val="center"/>
          </w:tcPr>
          <w:p w14:paraId="7BCF79DA" w14:textId="77777777" w:rsidR="00A9112B" w:rsidRPr="00380105" w:rsidRDefault="009A44BC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380105">
              <w:rPr>
                <w:rFonts w:ascii="Arial" w:hAnsi="Arial" w:cs="Arial"/>
                <w:sz w:val="22"/>
              </w:rPr>
              <w:t xml:space="preserve"> </w:t>
            </w:r>
          </w:p>
        </w:tc>
      </w:tr>
    </w:tbl>
    <w:p w14:paraId="6CAEEB05" w14:textId="77777777" w:rsidR="00A9112B" w:rsidRPr="00380105" w:rsidRDefault="009A44BC">
      <w:pPr>
        <w:spacing w:before="120" w:after="60"/>
        <w:rPr>
          <w:rFonts w:ascii="Arial" w:hAnsi="Arial" w:cs="Arial"/>
          <w:sz w:val="22"/>
        </w:rPr>
      </w:pPr>
      <w:proofErr w:type="gramStart"/>
      <w:r w:rsidRPr="00380105">
        <w:rPr>
          <w:rFonts w:ascii="Arial" w:hAnsi="Arial" w:cs="Arial"/>
          <w:b/>
          <w:color w:val="805EA0"/>
          <w:sz w:val="22"/>
        </w:rPr>
        <w:t>05  Collaborative</w:t>
      </w:r>
      <w:proofErr w:type="gramEnd"/>
      <w:r w:rsidRPr="00380105">
        <w:rPr>
          <w:rFonts w:ascii="Arial" w:hAnsi="Arial" w:cs="Arial"/>
          <w:b/>
          <w:color w:val="805EA0"/>
          <w:sz w:val="22"/>
        </w:rPr>
        <w:t xml:space="preserve"> next step</w:t>
      </w:r>
    </w:p>
    <w:p w14:paraId="0D7B217F" w14:textId="77777777" w:rsidR="00A9112B" w:rsidRPr="00380105" w:rsidRDefault="009A44BC">
      <w:pPr>
        <w:spacing w:after="80"/>
        <w:rPr>
          <w:rFonts w:ascii="Arial" w:hAnsi="Arial" w:cs="Arial"/>
          <w:sz w:val="22"/>
        </w:rPr>
      </w:pPr>
      <w:r w:rsidRPr="00380105">
        <w:rPr>
          <w:rFonts w:ascii="Arial" w:hAnsi="Arial" w:cs="Arial"/>
          <w:sz w:val="22"/>
        </w:rPr>
        <w:t>Request a discussion to develop a workable learning plan together. The provider would then deliver agreed-upon support.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A9112B" w:rsidRPr="00380105" w14:paraId="46353F31" w14:textId="77777777">
        <w:trPr>
          <w:trHeight w:val="619"/>
        </w:trPr>
        <w:tc>
          <w:tcPr>
            <w:tcW w:w="10166" w:type="dxa"/>
            <w:shd w:val="clear" w:color="auto" w:fill="EEF5F8"/>
            <w:vAlign w:val="center"/>
          </w:tcPr>
          <w:p w14:paraId="47C0B038" w14:textId="77777777" w:rsidR="00A9112B" w:rsidRPr="00380105" w:rsidRDefault="009A44BC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380105">
              <w:rPr>
                <w:rFonts w:ascii="Arial" w:hAnsi="Arial" w:cs="Arial"/>
                <w:sz w:val="22"/>
              </w:rPr>
              <w:t xml:space="preserve"> </w:t>
            </w:r>
          </w:p>
        </w:tc>
      </w:tr>
    </w:tbl>
    <w:p w14:paraId="03C61565" w14:textId="77777777" w:rsidR="00A9112B" w:rsidRPr="00380105" w:rsidRDefault="009A44BC">
      <w:pPr>
        <w:spacing w:before="160" w:after="60"/>
        <w:rPr>
          <w:rFonts w:ascii="Arial" w:hAnsi="Arial" w:cs="Arial"/>
          <w:sz w:val="22"/>
        </w:rPr>
      </w:pPr>
      <w:r w:rsidRPr="00380105">
        <w:rPr>
          <w:rFonts w:ascii="Arial" w:hAnsi="Arial" w:cs="Arial"/>
          <w:b/>
          <w:color w:val="805EA0"/>
          <w:sz w:val="22"/>
        </w:rPr>
        <w:t>REQUEST STATEMENT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166"/>
      </w:tblGrid>
      <w:tr w:rsidR="00A9112B" w:rsidRPr="00380105" w14:paraId="72B3F88B" w14:textId="77777777">
        <w:tc>
          <w:tcPr>
            <w:tcW w:w="10166" w:type="dxa"/>
            <w:shd w:val="clear" w:color="auto" w:fill="F4F6F7"/>
          </w:tcPr>
          <w:p w14:paraId="612F67F4" w14:textId="4F914BA3" w:rsidR="00A9112B" w:rsidRPr="00380105" w:rsidRDefault="009A44BC">
            <w:pPr>
              <w:rPr>
                <w:rFonts w:ascii="Arial" w:hAnsi="Arial" w:cs="Arial"/>
                <w:sz w:val="22"/>
              </w:rPr>
            </w:pPr>
            <w:r w:rsidRPr="00380105">
              <w:rPr>
                <w:rFonts w:ascii="Arial" w:hAnsi="Arial" w:cs="Arial"/>
                <w:sz w:val="22"/>
              </w:rPr>
              <w:t xml:space="preserve">I </w:t>
            </w:r>
            <w:proofErr w:type="gramStart"/>
            <w:r w:rsidRPr="00380105">
              <w:rPr>
                <w:rFonts w:ascii="Arial" w:hAnsi="Arial" w:cs="Arial"/>
                <w:sz w:val="22"/>
              </w:rPr>
              <w:t>am</w:t>
            </w:r>
            <w:r w:rsidR="00380105">
              <w:rPr>
                <w:rFonts w:ascii="Arial" w:hAnsi="Arial" w:cs="Arial"/>
                <w:sz w:val="22"/>
              </w:rPr>
              <w:t xml:space="preserve"> formally</w:t>
            </w:r>
            <w:proofErr w:type="gramEnd"/>
            <w:r w:rsidRPr="00380105">
              <w:rPr>
                <w:rFonts w:ascii="Arial" w:hAnsi="Arial" w:cs="Arial"/>
                <w:sz w:val="22"/>
              </w:rPr>
              <w:t xml:space="preserve"> requesting disability-related skill-development support and an opportunity to work together on a structured approach for providing that support.</w:t>
            </w:r>
          </w:p>
        </w:tc>
      </w:tr>
    </w:tbl>
    <w:p w14:paraId="33123333" w14:textId="77777777" w:rsidR="00380105" w:rsidRDefault="00380105">
      <w:pPr>
        <w:spacing w:before="120"/>
        <w:rPr>
          <w:rFonts w:ascii="Arial" w:hAnsi="Arial" w:cs="Arial"/>
          <w:sz w:val="22"/>
        </w:rPr>
      </w:pPr>
    </w:p>
    <w:p w14:paraId="7D52E4D4" w14:textId="654935ED" w:rsidR="00A9112B" w:rsidRPr="00380105" w:rsidRDefault="00380105">
      <w:pPr>
        <w:spacing w:before="120"/>
        <w:rPr>
          <w:rFonts w:ascii="Arial" w:hAnsi="Arial" w:cs="Arial"/>
          <w:sz w:val="22"/>
        </w:rPr>
      </w:pPr>
      <w:proofErr w:type="gramStart"/>
      <w:r>
        <w:rPr>
          <w:rFonts w:ascii="Arial" w:hAnsi="Arial" w:cs="Arial"/>
          <w:sz w:val="22"/>
        </w:rPr>
        <w:t>Name</w:t>
      </w:r>
      <w:r w:rsidR="009A44BC" w:rsidRPr="00380105">
        <w:rPr>
          <w:rFonts w:ascii="Arial" w:hAnsi="Arial" w:cs="Arial"/>
          <w:sz w:val="22"/>
        </w:rPr>
        <w:t xml:space="preserve">: </w:t>
      </w:r>
      <w:r w:rsidR="009A44BC" w:rsidRPr="00380105">
        <w:rPr>
          <w:rFonts w:ascii="Arial" w:hAnsi="Arial" w:cs="Arial"/>
          <w:sz w:val="22"/>
        </w:rPr>
        <w:t>_</w:t>
      </w:r>
      <w:proofErr w:type="gramEnd"/>
      <w:r w:rsidR="009A44BC" w:rsidRPr="00380105">
        <w:rPr>
          <w:rFonts w:ascii="Arial" w:hAnsi="Arial" w:cs="Arial"/>
          <w:sz w:val="22"/>
        </w:rPr>
        <w:t>______________________________</w:t>
      </w:r>
      <w:r>
        <w:rPr>
          <w:rFonts w:ascii="Arial" w:hAnsi="Arial" w:cs="Arial"/>
          <w:sz w:val="22"/>
        </w:rPr>
        <w:t xml:space="preserve">    </w:t>
      </w:r>
      <w:r w:rsidRPr="00380105">
        <w:rPr>
          <w:rFonts w:ascii="Arial" w:hAnsi="Arial" w:cs="Arial"/>
          <w:sz w:val="22"/>
        </w:rPr>
        <w:t xml:space="preserve">Date: ____________________     </w:t>
      </w:r>
    </w:p>
    <w:sectPr w:rsidR="00A9112B" w:rsidRPr="00380105" w:rsidSect="00034616">
      <w:headerReference w:type="default" r:id="rId8"/>
      <w:footerReference w:type="default" r:id="rId9"/>
      <w:pgSz w:w="12240" w:h="15840"/>
      <w:pgMar w:top="922" w:right="1037" w:bottom="835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E9822" w14:textId="77777777" w:rsidR="009A44BC" w:rsidRDefault="009A44BC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1583E6C3" w14:textId="77777777" w:rsidR="009A44BC" w:rsidRDefault="009A44BC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F083E" w14:textId="77777777" w:rsidR="00A9112B" w:rsidRPr="00380105" w:rsidRDefault="009A44BC">
    <w:pPr>
      <w:pStyle w:val="Footer"/>
      <w:jc w:val="center"/>
      <w:rPr>
        <w:rFonts w:hint="eastAsia"/>
        <w:sz w:val="20"/>
        <w:szCs w:val="24"/>
      </w:rPr>
    </w:pPr>
    <w:r w:rsidRPr="00380105">
      <w:rPr>
        <w:color w:val="687882"/>
        <w:sz w:val="16"/>
        <w:szCs w:val="24"/>
      </w:rPr>
      <w:t xml:space="preserve">© </w:t>
    </w:r>
    <w:proofErr w:type="gramStart"/>
    <w:r w:rsidRPr="00380105">
      <w:rPr>
        <w:color w:val="687882"/>
        <w:sz w:val="16"/>
        <w:szCs w:val="24"/>
      </w:rPr>
      <w:t>nicolefilipponeauthor.com  |</w:t>
    </w:r>
    <w:proofErr w:type="gramEnd"/>
    <w:r w:rsidRPr="00380105">
      <w:rPr>
        <w:color w:val="687882"/>
        <w:sz w:val="16"/>
        <w:szCs w:val="24"/>
      </w:rPr>
      <w:t xml:space="preserve">  Free educational</w:t>
    </w:r>
    <w:proofErr w:type="gramStart"/>
    <w:r w:rsidRPr="00380105">
      <w:rPr>
        <w:color w:val="687882"/>
        <w:sz w:val="16"/>
        <w:szCs w:val="24"/>
      </w:rPr>
      <w:t xml:space="preserve"> resource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0875B" w14:textId="77777777" w:rsidR="009A44BC" w:rsidRDefault="009A44BC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0BABDCE9" w14:textId="77777777" w:rsidR="009A44BC" w:rsidRDefault="009A44BC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7066C" w14:textId="77777777" w:rsidR="00C62016" w:rsidRPr="00380105" w:rsidRDefault="00C62016" w:rsidP="00C62016">
    <w:pPr>
      <w:pStyle w:val="Header"/>
      <w:jc w:val="center"/>
      <w:rPr>
        <w:rFonts w:hint="eastAsia"/>
        <w:sz w:val="20"/>
        <w:szCs w:val="24"/>
      </w:rPr>
    </w:pPr>
    <w:r w:rsidRPr="00380105">
      <w:rPr>
        <w:color w:val="687882"/>
        <w:sz w:val="16"/>
        <w:szCs w:val="24"/>
      </w:rPr>
      <w:t xml:space="preserve">AUTISTIC SELF-ADVOCACY SUPPORT REQUEST FORM </w:t>
    </w:r>
    <w:proofErr w:type="gramStart"/>
    <w:r w:rsidRPr="00380105">
      <w:rPr>
        <w:color w:val="687882"/>
        <w:sz w:val="16"/>
        <w:szCs w:val="24"/>
      </w:rPr>
      <w:t>•  NICOLE</w:t>
    </w:r>
    <w:proofErr w:type="gramEnd"/>
    <w:r w:rsidRPr="00380105">
      <w:rPr>
        <w:color w:val="687882"/>
        <w:sz w:val="16"/>
        <w:szCs w:val="24"/>
      </w:rPr>
      <w:t xml:space="preserve"> FILIPPONE</w:t>
    </w:r>
  </w:p>
  <w:p w14:paraId="10B0F349" w14:textId="5870298E" w:rsidR="00A9112B" w:rsidRPr="00C62016" w:rsidRDefault="00A9112B" w:rsidP="00C620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9951113">
    <w:abstractNumId w:val="8"/>
  </w:num>
  <w:num w:numId="2" w16cid:durableId="348609053">
    <w:abstractNumId w:val="6"/>
  </w:num>
  <w:num w:numId="3" w16cid:durableId="1819036846">
    <w:abstractNumId w:val="5"/>
  </w:num>
  <w:num w:numId="4" w16cid:durableId="1300188079">
    <w:abstractNumId w:val="4"/>
  </w:num>
  <w:num w:numId="5" w16cid:durableId="1785073677">
    <w:abstractNumId w:val="7"/>
  </w:num>
  <w:num w:numId="6" w16cid:durableId="1337655412">
    <w:abstractNumId w:val="3"/>
  </w:num>
  <w:num w:numId="7" w16cid:durableId="1676300692">
    <w:abstractNumId w:val="2"/>
  </w:num>
  <w:num w:numId="8" w16cid:durableId="170879305">
    <w:abstractNumId w:val="1"/>
  </w:num>
  <w:num w:numId="9" w16cid:durableId="735586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0630"/>
    <w:rsid w:val="0029639D"/>
    <w:rsid w:val="00326F90"/>
    <w:rsid w:val="00380105"/>
    <w:rsid w:val="0044171E"/>
    <w:rsid w:val="009A44BC"/>
    <w:rsid w:val="00A9112B"/>
    <w:rsid w:val="00AA1D8D"/>
    <w:rsid w:val="00B47730"/>
    <w:rsid w:val="00C6201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79C5FA"/>
  <w14:defaultImageDpi w14:val="300"/>
  <w15:docId w15:val="{F42F40BB-BC1C-4C6E-81AF-6A6F1DAF0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Liberation Sans" w:hAnsi="Liberation Sans"/>
      <w:color w:val="1A3546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Nikki Filippone</cp:lastModifiedBy>
  <cp:revision>2</cp:revision>
  <dcterms:created xsi:type="dcterms:W3CDTF">2026-10-26T23:44:00Z</dcterms:created>
  <dcterms:modified xsi:type="dcterms:W3CDTF">2026-10-26T23:44:00Z</dcterms:modified>
  <cp:category/>
</cp:coreProperties>
</file>